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הקשור לסיפור 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מרכיבים של סיפור מסתורין: רמז, גילוי,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הגיוני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משהו סודי שלא מבינים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לדמויות לפתור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בטבע, כמו יער או מערה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גילוי הוא תגלית חדשה, רמז הוא מידע שמוביל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מרכיב מרכזי בז'אנר ההרפתקה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רמזים מופיעים לאורך הסיפור ועוזרים להבין ולפתור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וזוהר קשורים לעיתים קרובות לגילוי או חוכמה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בנוי משחק חדר בריחה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(סיפור מרגש עם אירועים לא צפויים)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סודי שלא מבינים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(מציאת משהו חדש וחשוב)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(אור חלש שיוצא מחפץ)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(משחק פתרון חידות ליציאה)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שלבים בפתרון 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הגיבורים שמים לב לסימן מוזר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אוספים רמזים ומנסים להבין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מגיעים למקום חדש, כמו מערה נסתרת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מגלים את הסוד שהיה מוסתר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פותרים את התעלומה ומבינים את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סיפור קצר עם פתיחה, תיאור האבן, ונימוק לחשיבותה; יש לבדוק רצף הגיוני ועושר לשוני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למתח, לסקרנות, לרצון לפתור חידות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מסתורין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רמז הגיוני הקשור לאיתור מידע או 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איסוף רמזים והבנת הסיטואציה לפני הגילוי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חלק הכתיבה בזוגות ולשתף בקול את הסיפורים שנכתבו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תרגיל הסידור הכרונולוגי לדיון על מבנה סיפור 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ורעיונות מתוך הסיפור 'הסוד של האבן המאירה', סיפור הרפתקה מסתורי שמתרחש ביער. התלמידים יתרגלו אוצר מילים, הבנה וסדר אירועים.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'מסתורין'?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ידוע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סודי שלא מבינים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תפקידו של 'רמז' בסיפור הרפתקה?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לדמויות לפתור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שם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בדרך כלל מתרחשת עלילה של סיפור הרפתקה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בחלל החיצון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בניין משרדים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בטבע, כמו יער או 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 התיכון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'גילוי' לבין 'רמז'?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גילוי הוא תגלית חדשה, רמז הוא מידע שמוביל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 הוא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גילוי קורה רק בהתחלה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מסתורין הגיבורים בדרך כלל פותרים חידה או 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רמזים בסיפור תמיד מופיעים בסוף ולא עוזרים לכלום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מאירה היא דימוי שיכול לייצג סוד או גילוי מרתק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בחדר בריחה הפותרים צריכים לפענח כמה חידות כדי להתקדם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לפתור את החידה, הגיבורים חיפשו __________ בתוך היער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האבן המאירה הסתתר במשך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בתוך ה__________ האפלה הם מצאו את האבן הנוצצת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סדר האירועים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 חלש שיוצא מחפץ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מסתורין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מרגש עם אירועים לא צפויים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משחק פתרון חידות ליציאה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מציאת משהו חדש וחשוב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סודי שלא מבינים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שלבים בפתרון תעלומה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פותרים את התעלומה ומבינים את המשמעות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הגיבורים שמים לב לסימן מוזר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אוספים רמזים ומנסים להבין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מגיעים למקום חדש, כמו מערה נסתרת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מגלים את הסוד שהיה מוסתר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שמצאתם אבן מאירה ביער. כתבו 4-5 משפטים: איפה מצאתם אותה, מה היא עושה ולמה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למה סיפורי הרפתקה ומסתורין מעניינים קוראים?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משהו סודי שלא מבינים 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לרמז שיכול לעזור לפתור תעלומה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לקרות לפני שמגלים את הסוד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הסוד של 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